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drawing>
          <wp:anchor behindDoc="0" distT="0" distB="0" distL="0" distR="0" simplePos="0" locked="0" layoutInCell="1" allowOverlap="1" relativeHeight="2">
            <wp:simplePos x="0" y="0"/>
            <wp:positionH relativeFrom="column">
              <wp:posOffset>2835275</wp:posOffset>
            </wp:positionH>
            <wp:positionV relativeFrom="paragraph">
              <wp:posOffset>-45720</wp:posOffset>
            </wp:positionV>
            <wp:extent cx="878205" cy="87820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878205" cy="878205"/>
                    </a:xfrm>
                    <a:prstGeom prst="rect">
                      <a:avLst/>
                    </a:prstGeom>
                  </pic:spPr>
                </pic:pic>
              </a:graphicData>
            </a:graphic>
          </wp:anchor>
        </w:drawing>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b/>
          <w:color w:val="24407D"/>
          <w:sz w:val="22"/>
        </w:rPr>
        <w:t>AYDIN ADNAN MENDERES ÜNİVERSİTESİ</w:t>
      </w:r>
    </w:p>
    <w:p>
      <w:pPr>
        <w:pStyle w:val="Normal"/>
        <w:jc w:val="center"/>
        <w:rPr/>
      </w:pPr>
      <w:r>
        <w:rPr>
          <w:b/>
          <w:color w:val="24407D"/>
          <w:sz w:val="20"/>
        </w:rPr>
        <w:t>BİLİMSEL ARAŞTIRMA PROJELERİ BİRİMİ</w:t>
      </w:r>
    </w:p>
    <w:p>
      <w:pPr>
        <w:pStyle w:val="Normal"/>
        <w:jc w:val="center"/>
        <w:rPr/>
      </w:pPr>
      <w:r>
        <w:rPr>
          <w:b/>
          <w:color w:val="24407D"/>
          <w:sz w:val="22"/>
        </w:rPr>
        <w:t>LİSANS ÖĞRENCİSİ KATILIMLI ARAŞTIRMA PROJESİ</w:t>
      </w:r>
    </w:p>
    <w:p>
      <w:pPr>
        <w:pStyle w:val="Normal"/>
        <w:jc w:val="center"/>
        <w:rPr/>
      </w:pPr>
      <w:r>
        <w:rPr>
          <w:b/>
          <w:color w:val="24407D"/>
          <w:sz w:val="22"/>
        </w:rPr>
        <w:t>KISA PROJE ÖNERİ FORMU</w:t>
      </w:r>
    </w:p>
    <w:p>
      <w:pPr>
        <w:pStyle w:val="Normal"/>
        <w:jc w:val="center"/>
        <w:rPr>
          <w:b/>
          <w:b/>
          <w:sz w:val="22"/>
        </w:rPr>
      </w:pPr>
      <w:r>
        <w:rPr>
          <w:b/>
          <w:sz w:val="22"/>
        </w:rPr>
      </w:r>
    </w:p>
    <w:tbl>
      <w:tblPr>
        <w:tblStyle w:val="TableGrid"/>
        <w:tblW w:w="10312" w:type="dxa"/>
        <w:jc w:val="center"/>
        <w:tblInd w:w="0" w:type="dxa"/>
        <w:tblCellMar>
          <w:top w:w="0" w:type="dxa"/>
          <w:left w:w="108" w:type="dxa"/>
          <w:bottom w:w="0" w:type="dxa"/>
          <w:right w:w="108" w:type="dxa"/>
        </w:tblCellMar>
        <w:tblLook w:val="04a0" w:noHBand="0" w:noVBand="1" w:firstColumn="1" w:lastRow="0" w:lastColumn="0" w:firstRow="1"/>
      </w:tblPr>
      <w:tblGrid>
        <w:gridCol w:w="3600"/>
        <w:gridCol w:w="6711"/>
      </w:tblGrid>
      <w:tr>
        <w:trPr/>
        <w:tc>
          <w:tcPr>
            <w:tcW w:w="3600" w:type="dxa"/>
            <w:tcBorders/>
            <w:vAlign w:val="center"/>
          </w:tcPr>
          <w:p>
            <w:pPr>
              <w:pStyle w:val="Normal"/>
              <w:spacing w:lineRule="auto" w:line="240" w:before="20" w:after="20"/>
              <w:rPr>
                <w:b/>
                <w:b/>
                <w:bCs/>
              </w:rPr>
            </w:pPr>
            <w:r>
              <w:rPr>
                <w:b/>
                <w:bCs/>
                <w:sz w:val="16"/>
              </w:rPr>
              <w:t>Proje Kodu (BAP tarafından doldurulur):</w:t>
            </w:r>
          </w:p>
        </w:tc>
        <w:tc>
          <w:tcPr>
            <w:tcW w:w="6711" w:type="dxa"/>
            <w:tcBorders/>
            <w:vAlign w:val="center"/>
          </w:tcPr>
          <w:p>
            <w:pPr>
              <w:pStyle w:val="Normal"/>
              <w:spacing w:lineRule="auto" w:line="240" w:before="20" w:after="20"/>
              <w:rPr/>
            </w:pPr>
            <w:r>
              <w:rPr/>
            </w:r>
          </w:p>
        </w:tc>
      </w:tr>
      <w:tr>
        <w:trPr/>
        <w:tc>
          <w:tcPr>
            <w:tcW w:w="3600" w:type="dxa"/>
            <w:tcBorders/>
            <w:vAlign w:val="center"/>
          </w:tcPr>
          <w:p>
            <w:pPr>
              <w:pStyle w:val="Normal"/>
              <w:spacing w:lineRule="auto" w:line="240" w:before="20" w:after="20"/>
              <w:rPr>
                <w:b/>
                <w:b/>
                <w:bCs/>
              </w:rPr>
            </w:pPr>
            <w:r>
              <w:rPr>
                <w:b/>
                <w:bCs/>
                <w:sz w:val="16"/>
              </w:rPr>
              <w:t>Proje Başlığı:</w:t>
            </w:r>
          </w:p>
        </w:tc>
        <w:tc>
          <w:tcPr>
            <w:tcW w:w="6711" w:type="dxa"/>
            <w:tcBorders/>
            <w:vAlign w:val="center"/>
          </w:tcPr>
          <w:p>
            <w:pPr>
              <w:pStyle w:val="Normal"/>
              <w:spacing w:lineRule="auto" w:line="240" w:before="20" w:after="20"/>
              <w:rPr/>
            </w:pPr>
            <w:r>
              <w:rPr/>
            </w:r>
          </w:p>
        </w:tc>
      </w:tr>
      <w:tr>
        <w:trPr/>
        <w:tc>
          <w:tcPr>
            <w:tcW w:w="3600" w:type="dxa"/>
            <w:tcBorders/>
            <w:vAlign w:val="center"/>
          </w:tcPr>
          <w:p>
            <w:pPr>
              <w:pStyle w:val="Normal"/>
              <w:spacing w:lineRule="auto" w:line="240" w:before="20" w:after="20"/>
              <w:rPr>
                <w:b/>
                <w:b/>
                <w:bCs/>
              </w:rPr>
            </w:pPr>
            <w:r>
              <w:rPr>
                <w:b/>
                <w:bCs/>
                <w:sz w:val="16"/>
              </w:rPr>
              <w:t>Proje Yürütücüsü (Unvanı, Adı Soyadı):</w:t>
            </w:r>
          </w:p>
        </w:tc>
        <w:tc>
          <w:tcPr>
            <w:tcW w:w="6711" w:type="dxa"/>
            <w:tcBorders/>
            <w:vAlign w:val="center"/>
          </w:tcPr>
          <w:p>
            <w:pPr>
              <w:pStyle w:val="Normal"/>
              <w:spacing w:lineRule="auto" w:line="240" w:before="20" w:after="20"/>
              <w:rPr/>
            </w:pPr>
            <w:r>
              <w:rPr/>
            </w:r>
          </w:p>
        </w:tc>
      </w:tr>
      <w:tr>
        <w:trPr/>
        <w:tc>
          <w:tcPr>
            <w:tcW w:w="3600" w:type="dxa"/>
            <w:tcBorders/>
            <w:vAlign w:val="center"/>
          </w:tcPr>
          <w:p>
            <w:pPr>
              <w:pStyle w:val="Normal"/>
              <w:spacing w:lineRule="auto" w:line="240" w:before="20" w:after="20"/>
              <w:rPr>
                <w:b/>
                <w:b/>
                <w:bCs/>
              </w:rPr>
            </w:pPr>
            <w:r>
              <w:rPr>
                <w:b/>
                <w:bCs/>
                <w:sz w:val="16"/>
              </w:rPr>
              <w:t>Fakülte / Yüksekokul / MYO – Bölüm:</w:t>
            </w:r>
          </w:p>
        </w:tc>
        <w:tc>
          <w:tcPr>
            <w:tcW w:w="6711" w:type="dxa"/>
            <w:tcBorders/>
            <w:vAlign w:val="center"/>
          </w:tcPr>
          <w:p>
            <w:pPr>
              <w:pStyle w:val="Normal"/>
              <w:spacing w:lineRule="auto" w:line="240" w:before="20" w:after="20"/>
              <w:rPr/>
            </w:pPr>
            <w:r>
              <w:rPr/>
            </w:r>
          </w:p>
        </w:tc>
      </w:tr>
      <w:tr>
        <w:trPr/>
        <w:tc>
          <w:tcPr>
            <w:tcW w:w="3600" w:type="dxa"/>
            <w:tcBorders/>
            <w:vAlign w:val="center"/>
          </w:tcPr>
          <w:p>
            <w:pPr>
              <w:pStyle w:val="Normal"/>
              <w:spacing w:lineRule="auto" w:line="240" w:before="20" w:after="20"/>
              <w:rPr>
                <w:b/>
                <w:b/>
                <w:bCs/>
              </w:rPr>
            </w:pPr>
            <w:r>
              <w:rPr>
                <w:b/>
                <w:bCs/>
                <w:sz w:val="16"/>
              </w:rPr>
              <w:t>E-posta / Telefon:</w:t>
            </w:r>
          </w:p>
        </w:tc>
        <w:tc>
          <w:tcPr>
            <w:tcW w:w="6711" w:type="dxa"/>
            <w:tcBorders/>
            <w:vAlign w:val="center"/>
          </w:tcPr>
          <w:p>
            <w:pPr>
              <w:pStyle w:val="Normal"/>
              <w:spacing w:lineRule="auto" w:line="240" w:before="20" w:after="20"/>
              <w:rPr/>
            </w:pPr>
            <w:r>
              <w:rPr/>
            </w:r>
          </w:p>
        </w:tc>
      </w:tr>
      <w:tr>
        <w:trPr/>
        <w:tc>
          <w:tcPr>
            <w:tcW w:w="3600" w:type="dxa"/>
            <w:tcBorders/>
            <w:vAlign w:val="center"/>
          </w:tcPr>
          <w:p>
            <w:pPr>
              <w:pStyle w:val="Normal"/>
              <w:spacing w:lineRule="auto" w:line="240" w:before="20" w:after="20"/>
              <w:rPr>
                <w:b/>
                <w:b/>
                <w:bCs/>
              </w:rPr>
            </w:pPr>
            <w:r>
              <w:rPr>
                <w:b/>
                <w:bCs/>
                <w:sz w:val="16"/>
              </w:rPr>
              <w:t>Proje Süresi (6–12 ay):</w:t>
            </w:r>
          </w:p>
        </w:tc>
        <w:tc>
          <w:tcPr>
            <w:tcW w:w="6711" w:type="dxa"/>
            <w:tcBorders/>
            <w:vAlign w:val="center"/>
          </w:tcPr>
          <w:p>
            <w:pPr>
              <w:pStyle w:val="Normal"/>
              <w:spacing w:lineRule="auto" w:line="240" w:before="20" w:after="20"/>
              <w:rPr/>
            </w:pPr>
            <w:r>
              <w:rPr>
                <w:sz w:val="16"/>
              </w:rPr>
              <w:t>Toplam Talep (en fazla 12.000 TL): ............... TL</w:t>
            </w:r>
          </w:p>
        </w:tc>
      </w:tr>
      <w:tr>
        <w:trPr/>
        <w:tc>
          <w:tcPr>
            <w:tcW w:w="3600" w:type="dxa"/>
            <w:tcBorders/>
            <w:vAlign w:val="center"/>
          </w:tcPr>
          <w:p>
            <w:pPr>
              <w:pStyle w:val="Normal"/>
              <w:spacing w:lineRule="auto" w:line="240" w:before="20" w:after="20"/>
              <w:rPr>
                <w:b/>
                <w:b/>
                <w:bCs/>
              </w:rPr>
            </w:pPr>
            <w:r>
              <w:rPr>
                <w:b/>
                <w:bCs/>
                <w:sz w:val="16"/>
              </w:rPr>
              <w:t>Etik Kurul İzni:  ☐ Gerekli  ☐ Gerekli değil</w:t>
            </w:r>
          </w:p>
        </w:tc>
        <w:tc>
          <w:tcPr>
            <w:tcW w:w="6711" w:type="dxa"/>
            <w:tcBorders/>
            <w:vAlign w:val="center"/>
          </w:tcPr>
          <w:p>
            <w:pPr>
              <w:pStyle w:val="Normal"/>
              <w:spacing w:lineRule="auto" w:line="240" w:before="20" w:after="20"/>
              <w:rPr/>
            </w:pPr>
            <w:r>
              <w:rPr>
                <w:sz w:val="16"/>
              </w:rPr>
              <w:t>Gerekli ise kurul / tarih / karar no: .................</w:t>
            </w:r>
          </w:p>
        </w:tc>
      </w:tr>
    </w:tbl>
    <w:p>
      <w:pPr>
        <w:pStyle w:val="Normal"/>
        <w:spacing w:before="140" w:after="60"/>
        <w:rPr/>
      </w:pPr>
      <w:r>
        <w:rPr>
          <w:b/>
          <w:color w:val="24407D"/>
          <w:sz w:val="19"/>
        </w:rPr>
        <w:t>PROJEDE YER ALAN ÖNLİSANS/LİSANS ÖĞRENCİLERİ (En az 1, en fazla 3)</w:t>
      </w:r>
    </w:p>
    <w:tbl>
      <w:tblPr>
        <w:tblStyle w:val="TableGrid"/>
        <w:tblW w:w="10311" w:type="dxa"/>
        <w:jc w:val="center"/>
        <w:tblInd w:w="0" w:type="dxa"/>
        <w:tblCellMar>
          <w:top w:w="0" w:type="dxa"/>
          <w:left w:w="108" w:type="dxa"/>
          <w:bottom w:w="0" w:type="dxa"/>
          <w:right w:w="108" w:type="dxa"/>
        </w:tblCellMar>
        <w:tblLook w:val="04a0" w:noHBand="0" w:noVBand="1" w:firstColumn="1" w:lastRow="0" w:lastColumn="0" w:firstRow="1"/>
      </w:tblPr>
      <w:tblGrid>
        <w:gridCol w:w="2577"/>
        <w:gridCol w:w="2578"/>
        <w:gridCol w:w="2578"/>
        <w:gridCol w:w="2577"/>
      </w:tblGrid>
      <w:tr>
        <w:trPr/>
        <w:tc>
          <w:tcPr>
            <w:tcW w:w="2577" w:type="dxa"/>
            <w:tcBorders/>
            <w:vAlign w:val="center"/>
          </w:tcPr>
          <w:p>
            <w:pPr>
              <w:pStyle w:val="Normal"/>
              <w:spacing w:lineRule="auto" w:line="240" w:before="20" w:after="20"/>
              <w:rPr>
                <w:b/>
                <w:b/>
                <w:bCs/>
              </w:rPr>
            </w:pPr>
            <w:r>
              <w:rPr>
                <w:b/>
                <w:bCs/>
                <w:sz w:val="16"/>
              </w:rPr>
              <w:t>Adı Soyadı</w:t>
            </w:r>
          </w:p>
        </w:tc>
        <w:tc>
          <w:tcPr>
            <w:tcW w:w="2578" w:type="dxa"/>
            <w:tcBorders/>
            <w:vAlign w:val="center"/>
          </w:tcPr>
          <w:p>
            <w:pPr>
              <w:pStyle w:val="Normal"/>
              <w:spacing w:lineRule="auto" w:line="240" w:before="20" w:after="20"/>
              <w:rPr>
                <w:b/>
                <w:b/>
                <w:bCs/>
              </w:rPr>
            </w:pPr>
            <w:r>
              <w:rPr>
                <w:b/>
                <w:bCs/>
                <w:sz w:val="16"/>
              </w:rPr>
              <w:t>Öğrenci No</w:t>
            </w:r>
          </w:p>
        </w:tc>
        <w:tc>
          <w:tcPr>
            <w:tcW w:w="2578" w:type="dxa"/>
            <w:tcBorders/>
            <w:vAlign w:val="center"/>
          </w:tcPr>
          <w:p>
            <w:pPr>
              <w:pStyle w:val="Normal"/>
              <w:spacing w:lineRule="auto" w:line="240" w:before="20" w:after="20"/>
              <w:rPr>
                <w:b/>
                <w:b/>
                <w:bCs/>
              </w:rPr>
            </w:pPr>
            <w:r>
              <w:rPr>
                <w:b/>
                <w:bCs/>
                <w:sz w:val="16"/>
              </w:rPr>
              <w:t>Bölüm / Program</w:t>
            </w:r>
          </w:p>
        </w:tc>
        <w:tc>
          <w:tcPr>
            <w:tcW w:w="2577" w:type="dxa"/>
            <w:tcBorders/>
            <w:vAlign w:val="center"/>
          </w:tcPr>
          <w:p>
            <w:pPr>
              <w:pStyle w:val="Normal"/>
              <w:spacing w:lineRule="auto" w:line="240" w:before="20" w:after="20"/>
              <w:rPr>
                <w:b/>
                <w:b/>
                <w:bCs/>
              </w:rPr>
            </w:pPr>
            <w:r>
              <w:rPr>
                <w:b/>
                <w:bCs/>
                <w:sz w:val="16"/>
              </w:rPr>
              <w:t>İmza</w:t>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bl>
    <w:p>
      <w:pPr>
        <w:pStyle w:val="Normal"/>
        <w:spacing w:before="140" w:after="60"/>
        <w:rPr/>
      </w:pPr>
      <w:r>
        <w:rPr>
          <w:b/>
          <w:color w:val="24407D"/>
          <w:sz w:val="19"/>
        </w:rPr>
        <w:t>ÖNCEKİ DESTEKLENEN PROJE BİLGİLERİ</w:t>
      </w:r>
    </w:p>
    <w:tbl>
      <w:tblPr>
        <w:tblStyle w:val="TableGrid"/>
        <w:tblW w:w="10312" w:type="dxa"/>
        <w:jc w:val="center"/>
        <w:tblInd w:w="0" w:type="dxa"/>
        <w:tblCellMar>
          <w:top w:w="0" w:type="dxa"/>
          <w:left w:w="108" w:type="dxa"/>
          <w:bottom w:w="0" w:type="dxa"/>
          <w:right w:w="108" w:type="dxa"/>
        </w:tblCellMar>
        <w:tblLook w:val="04a0" w:noHBand="0" w:noVBand="1" w:firstColumn="1" w:lastRow="0" w:lastColumn="0" w:firstRow="1"/>
      </w:tblPr>
      <w:tblGrid>
        <w:gridCol w:w="10312"/>
      </w:tblGrid>
      <w:tr>
        <w:trPr/>
        <w:tc>
          <w:tcPr>
            <w:tcW w:w="10312" w:type="dxa"/>
            <w:tcBorders/>
            <w:vAlign w:val="center"/>
          </w:tcPr>
          <w:p>
            <w:pPr>
              <w:pStyle w:val="Normal"/>
              <w:spacing w:lineRule="auto" w:line="240" w:before="20" w:after="20"/>
              <w:rPr>
                <w:b/>
                <w:b/>
                <w:bCs/>
              </w:rPr>
            </w:pPr>
            <w:r>
              <w:rPr>
                <w:b/>
                <w:bCs/>
                <w:sz w:val="16"/>
              </w:rPr>
              <w:t>Destek Programı: ☐ TÜBİTAK 2209-A  ☐ TÜBİTAK 2209-B  ☐ Diğer: ...........…</w:t>
            </w:r>
          </w:p>
          <w:p>
            <w:pPr>
              <w:pStyle w:val="Normal"/>
              <w:spacing w:lineRule="auto" w:line="240" w:before="20" w:after="20"/>
              <w:rPr>
                <w:sz w:val="16"/>
              </w:rPr>
            </w:pPr>
            <w:r>
              <w:rPr>
                <w:sz w:val="16"/>
              </w:rPr>
            </w:r>
          </w:p>
        </w:tc>
      </w:tr>
      <w:tr>
        <w:trPr/>
        <w:tc>
          <w:tcPr>
            <w:tcW w:w="10312" w:type="dxa"/>
            <w:tcBorders/>
            <w:vAlign w:val="center"/>
          </w:tcPr>
          <w:p>
            <w:pPr>
              <w:pStyle w:val="Normal"/>
              <w:spacing w:lineRule="auto" w:line="240" w:before="20" w:after="20"/>
              <w:rPr>
                <w:b/>
                <w:b/>
                <w:bCs/>
              </w:rPr>
            </w:pPr>
            <w:r>
              <w:rPr>
                <w:b/>
                <w:bCs/>
                <w:sz w:val="16"/>
              </w:rPr>
              <w:t>Proje Başlığı / Numarası:</w:t>
            </w:r>
          </w:p>
          <w:p>
            <w:pPr>
              <w:pStyle w:val="Normal"/>
              <w:spacing w:lineRule="auto" w:line="240" w:before="20" w:after="20"/>
              <w:rPr>
                <w:sz w:val="16"/>
              </w:rPr>
            </w:pPr>
            <w:r>
              <w:rPr>
                <w:sz w:val="16"/>
              </w:rPr>
            </w:r>
          </w:p>
        </w:tc>
      </w:tr>
      <w:tr>
        <w:trPr/>
        <w:tc>
          <w:tcPr>
            <w:tcW w:w="10312" w:type="dxa"/>
            <w:tcBorders/>
            <w:vAlign w:val="center"/>
          </w:tcPr>
          <w:p>
            <w:pPr>
              <w:pStyle w:val="Normal"/>
              <w:spacing w:lineRule="auto" w:line="240" w:before="20" w:after="20"/>
              <w:rPr>
                <w:b/>
                <w:b/>
                <w:bCs/>
              </w:rPr>
            </w:pPr>
            <w:r>
              <w:rPr>
                <w:b/>
                <w:bCs/>
                <w:sz w:val="16"/>
              </w:rPr>
              <w:t>Destek Kararı (tarih) / Projenin Durumu:</w:t>
            </w:r>
          </w:p>
          <w:p>
            <w:pPr>
              <w:pStyle w:val="Normal"/>
              <w:spacing w:lineRule="auto" w:line="240" w:before="20" w:after="20"/>
              <w:rPr>
                <w:sz w:val="16"/>
              </w:rPr>
            </w:pPr>
            <w:r>
              <w:rPr>
                <w:sz w:val="16"/>
              </w:rPr>
            </w:r>
          </w:p>
        </w:tc>
      </w:tr>
    </w:tbl>
    <w:p>
      <w:pPr>
        <w:pStyle w:val="Normal"/>
        <w:spacing w:before="140" w:after="60"/>
        <w:rPr/>
      </w:pPr>
      <w:r>
        <w:rPr>
          <w:b/>
          <w:color w:val="24407D"/>
          <w:sz w:val="19"/>
        </w:rPr>
        <w:t>ONAYLAR</w:t>
      </w:r>
    </w:p>
    <w:tbl>
      <w:tblPr>
        <w:tblStyle w:val="TableGrid"/>
        <w:tblW w:w="10311" w:type="dxa"/>
        <w:jc w:val="center"/>
        <w:tblInd w:w="0" w:type="dxa"/>
        <w:tblCellMar>
          <w:top w:w="0" w:type="dxa"/>
          <w:left w:w="108" w:type="dxa"/>
          <w:bottom w:w="0" w:type="dxa"/>
          <w:right w:w="108" w:type="dxa"/>
        </w:tblCellMar>
        <w:tblLook w:val="04a0" w:noHBand="0" w:noVBand="1" w:firstColumn="1" w:lastRow="0" w:lastColumn="0" w:firstRow="1"/>
      </w:tblPr>
      <w:tblGrid>
        <w:gridCol w:w="2577"/>
        <w:gridCol w:w="2578"/>
        <w:gridCol w:w="2578"/>
        <w:gridCol w:w="2577"/>
      </w:tblGrid>
      <w:tr>
        <w:trPr/>
        <w:tc>
          <w:tcPr>
            <w:tcW w:w="2577" w:type="dxa"/>
            <w:tcBorders/>
            <w:vAlign w:val="center"/>
          </w:tcPr>
          <w:p>
            <w:pPr>
              <w:pStyle w:val="Normal"/>
              <w:spacing w:lineRule="auto" w:line="240" w:before="20" w:after="20"/>
              <w:rPr>
                <w:b/>
                <w:b/>
                <w:bCs/>
              </w:rPr>
            </w:pPr>
            <w:r>
              <w:rPr>
                <w:b/>
                <w:bCs/>
                <w:sz w:val="16"/>
              </w:rPr>
              <w:t>Onaylayan Yetkili</w:t>
            </w:r>
          </w:p>
        </w:tc>
        <w:tc>
          <w:tcPr>
            <w:tcW w:w="2578" w:type="dxa"/>
            <w:tcBorders/>
            <w:vAlign w:val="center"/>
          </w:tcPr>
          <w:p>
            <w:pPr>
              <w:pStyle w:val="Normal"/>
              <w:spacing w:lineRule="auto" w:line="240" w:before="20" w:after="20"/>
              <w:rPr>
                <w:b/>
                <w:b/>
                <w:bCs/>
              </w:rPr>
            </w:pPr>
            <w:r>
              <w:rPr>
                <w:b/>
                <w:bCs/>
                <w:sz w:val="16"/>
              </w:rPr>
              <w:t>Unvanı, Adı Soyadı</w:t>
            </w:r>
          </w:p>
        </w:tc>
        <w:tc>
          <w:tcPr>
            <w:tcW w:w="2578" w:type="dxa"/>
            <w:tcBorders/>
            <w:vAlign w:val="center"/>
          </w:tcPr>
          <w:p>
            <w:pPr>
              <w:pStyle w:val="Normal"/>
              <w:spacing w:lineRule="auto" w:line="240" w:before="20" w:after="20"/>
              <w:rPr>
                <w:b/>
                <w:b/>
                <w:bCs/>
              </w:rPr>
            </w:pPr>
            <w:r>
              <w:rPr>
                <w:b/>
                <w:bCs/>
                <w:sz w:val="16"/>
              </w:rPr>
              <w:t>Tarih</w:t>
            </w:r>
          </w:p>
        </w:tc>
        <w:tc>
          <w:tcPr>
            <w:tcW w:w="2577" w:type="dxa"/>
            <w:tcBorders/>
            <w:vAlign w:val="center"/>
          </w:tcPr>
          <w:p>
            <w:pPr>
              <w:pStyle w:val="Normal"/>
              <w:spacing w:lineRule="auto" w:line="240" w:before="20" w:after="20"/>
              <w:rPr>
                <w:b/>
                <w:b/>
                <w:bCs/>
              </w:rPr>
            </w:pPr>
            <w:r>
              <w:rPr>
                <w:b/>
                <w:bCs/>
                <w:sz w:val="16"/>
              </w:rPr>
              <w:t>İmza</w:t>
            </w:r>
          </w:p>
        </w:tc>
      </w:tr>
      <w:tr>
        <w:trPr/>
        <w:tc>
          <w:tcPr>
            <w:tcW w:w="2577" w:type="dxa"/>
            <w:tcBorders/>
            <w:vAlign w:val="center"/>
          </w:tcPr>
          <w:p>
            <w:pPr>
              <w:pStyle w:val="Normal"/>
              <w:spacing w:lineRule="auto" w:line="240" w:before="20" w:after="20"/>
              <w:rPr>
                <w:b/>
                <w:b/>
                <w:bCs/>
              </w:rPr>
            </w:pPr>
            <w:r>
              <w:rPr>
                <w:b/>
                <w:bCs/>
                <w:sz w:val="16"/>
              </w:rPr>
              <w:t>Birim Yetkilisi (Dekan / Müdür)</w:t>
            </w:r>
          </w:p>
        </w:tc>
        <w:tc>
          <w:tcPr>
            <w:tcW w:w="2578" w:type="dxa"/>
            <w:tcBorders/>
            <w:vAlign w:val="center"/>
          </w:tcPr>
          <w:p>
            <w:pPr>
              <w:pStyle w:val="Normal"/>
              <w:spacing w:lineRule="auto" w:line="240" w:before="20" w:after="20"/>
              <w:rPr>
                <w:b/>
                <w:b/>
                <w:bCs/>
              </w:rPr>
            </w:pPr>
            <w:r>
              <w:rPr>
                <w:b/>
                <w:bCs/>
              </w:rPr>
            </w:r>
          </w:p>
        </w:tc>
        <w:tc>
          <w:tcPr>
            <w:tcW w:w="2578" w:type="dxa"/>
            <w:tcBorders/>
            <w:vAlign w:val="center"/>
          </w:tcPr>
          <w:p>
            <w:pPr>
              <w:pStyle w:val="Normal"/>
              <w:spacing w:lineRule="auto" w:line="240" w:before="20" w:after="20"/>
              <w:rPr>
                <w:b/>
                <w:b/>
                <w:bCs/>
              </w:rPr>
            </w:pPr>
            <w:r>
              <w:rPr>
                <w:b/>
                <w:bCs/>
              </w:rPr>
            </w:r>
          </w:p>
        </w:tc>
        <w:tc>
          <w:tcPr>
            <w:tcW w:w="2577" w:type="dxa"/>
            <w:tcBorders/>
            <w:vAlign w:val="center"/>
          </w:tcPr>
          <w:p>
            <w:pPr>
              <w:pStyle w:val="Normal"/>
              <w:spacing w:lineRule="auto" w:line="240" w:before="20" w:after="20"/>
              <w:rPr>
                <w:b/>
                <w:b/>
                <w:bCs/>
              </w:rPr>
            </w:pPr>
            <w:r>
              <w:rPr>
                <w:b/>
                <w:bCs/>
              </w:rPr>
            </w:r>
          </w:p>
          <w:p>
            <w:pPr>
              <w:pStyle w:val="Normal"/>
              <w:spacing w:lineRule="auto" w:line="240" w:before="20" w:after="20"/>
              <w:rPr>
                <w:b/>
                <w:b/>
                <w:bCs/>
              </w:rPr>
            </w:pPr>
            <w:r>
              <w:rPr>
                <w:b/>
                <w:bCs/>
              </w:rPr>
            </w:r>
          </w:p>
        </w:tc>
      </w:tr>
    </w:tbl>
    <w:p>
      <w:pPr>
        <w:pStyle w:val="Normal"/>
        <w:spacing w:before="0" w:after="60"/>
        <w:rPr>
          <w:b/>
          <w:b/>
          <w:bCs/>
          <w:i/>
          <w:i/>
          <w:sz w:val="16"/>
        </w:rPr>
      </w:pPr>
      <w:r>
        <w:rPr>
          <w:b/>
          <w:bCs/>
          <w:i/>
          <w:sz w:val="16"/>
        </w:rPr>
      </w:r>
    </w:p>
    <w:p>
      <w:pPr>
        <w:pStyle w:val="Normal"/>
        <w:spacing w:before="0" w:after="60"/>
        <w:rPr>
          <w:b/>
          <w:b/>
          <w:bCs/>
          <w:i/>
          <w:i/>
          <w:sz w:val="16"/>
        </w:rPr>
      </w:pPr>
      <w:r>
        <w:rPr>
          <w:b/>
          <w:bCs/>
          <w:i/>
          <w:sz w:val="16"/>
        </w:rPr>
      </w:r>
    </w:p>
    <w:p>
      <w:pPr>
        <w:pStyle w:val="Normal"/>
        <w:spacing w:before="0" w:after="80"/>
        <w:rPr/>
      </w:pPr>
      <w:r>
        <w:rPr>
          <w:b/>
          <w:bCs/>
        </w:rPr>
        <w:t>Beyan: Bu öneride talep edilen faaliyet ve giderlerin önceki destekli projeyle mükerrer olmadığını beyan ederim.</w:t>
      </w:r>
      <w:r>
        <w:rPr>
          <w:b w:val="false"/>
        </w:rPr>
        <w:br/>
      </w:r>
    </w:p>
    <w:p>
      <w:pPr>
        <w:pStyle w:val="Normal"/>
        <w:spacing w:before="0" w:after="80"/>
        <w:rPr/>
      </w:pPr>
      <w:r>
        <w:rPr>
          <w:b w:val="false"/>
          <w:bCs/>
          <w:i/>
          <w:sz w:val="16"/>
        </w:rPr>
        <w:t>Proje Yürütücüsü: .................................................     Tarih / İmza: ................................</w:t>
      </w:r>
    </w:p>
    <w:p>
      <w:pPr>
        <w:pStyle w:val="Normal"/>
        <w:spacing w:before="0" w:after="60"/>
        <w:rPr>
          <w:b/>
          <w:b/>
          <w:bCs/>
          <w:i/>
          <w:i/>
          <w:sz w:val="16"/>
        </w:rPr>
      </w:pPr>
      <w:r>
        <w:rPr>
          <w:b/>
          <w:bCs/>
          <w:i/>
          <w:sz w:val="16"/>
        </w:rPr>
      </w:r>
    </w:p>
    <w:p>
      <w:pPr>
        <w:pStyle w:val="Normal"/>
        <w:spacing w:before="0" w:after="60"/>
        <w:rPr/>
      </w:pPr>
      <w:r>
        <w:rPr>
          <w:b/>
          <w:bCs/>
          <w:i/>
          <w:sz w:val="16"/>
        </w:rPr>
        <w:t>Not:</w:t>
      </w:r>
      <w:r>
        <w:rPr>
          <w:i/>
          <w:sz w:val="16"/>
        </w:rPr>
        <w:t xml:space="preserve"> Etik kurul izni gerektiren araştırmalarda ilgili izin/onay belgesi, yürürlükteki mevzuat ve BAP başvuru koşulları çerçevesinde sunulur. “Gerekli değil” seçeneği araştırmanın niteliğine göre işaretlenir. TÜBİTAK 2209 veya benzeri projenin kabul edilmiş olması, yeni ADÜ BAP projesinin etik kurul izninden muaf olduğu anlamına gelmemektedir. Yeni araştırmanın kapsamına göre bu gereklilik ayrıca değerlendirilmelidir. Etik izni gerekli ise iznin alınarak başvuru yapılması gerekmektedir, aksi halde başvuru değerlendirmeye alınmaz.</w:t>
      </w:r>
    </w:p>
    <w:p>
      <w:pPr>
        <w:pStyle w:val="Normal"/>
        <w:rPr/>
      </w:pPr>
      <w:r>
        <w:rPr/>
      </w:r>
      <w:r>
        <w:br w:type="page"/>
      </w:r>
    </w:p>
    <w:p>
      <w:pPr>
        <w:pStyle w:val="Normal"/>
        <w:spacing w:before="140" w:after="60"/>
        <w:rPr/>
      </w:pPr>
      <w:r>
        <w:rPr>
          <w:b/>
          <w:color w:val="24407D"/>
          <w:sz w:val="19"/>
        </w:rPr>
        <w:t>1. DAHA ÖNCE DESTEKLENEN PROJENİN KISA TANITIMI</w:t>
      </w:r>
    </w:p>
    <w:p>
      <w:pPr>
        <w:pStyle w:val="Normal"/>
        <w:spacing w:before="0" w:after="60"/>
        <w:rPr/>
      </w:pPr>
      <w:r>
        <w:rPr>
          <w:i/>
          <w:sz w:val="16"/>
        </w:rPr>
        <w:t xml:space="preserve">TÜBİTAK 2209-A, 2209-B veya benzeri program kapsamında desteklenen projenin amacını, kapsamını ve temel araştırma faaliyetlerini kısaca açıklayınız. </w:t>
      </w:r>
      <w:r>
        <w:rPr>
          <w:b w:val="false"/>
          <w:i/>
          <w:sz w:val="16"/>
        </w:rPr>
        <w:t xml:space="preserve">Proje devam ediyorsa mevcut aşamasını belirtiniz. </w:t>
      </w:r>
      <w:r>
        <w:rPr>
          <w:i/>
          <w:sz w:val="16"/>
        </w:rPr>
        <w:t>(Öneri: en fazla 150 kelime)</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140" w:after="60"/>
        <w:rPr/>
      </w:pPr>
      <w:r>
        <w:rPr>
          <w:b/>
          <w:color w:val="24407D"/>
          <w:sz w:val="19"/>
        </w:rPr>
        <w:t>2. ÖNERİLEN PROJENİN ÖNCEKİ PROJEDEN FARKI VE PLANLANAN ÇALIŞMALAR</w:t>
      </w:r>
    </w:p>
    <w:p>
      <w:pPr>
        <w:pStyle w:val="Normal"/>
        <w:spacing w:before="0" w:after="60"/>
        <w:rPr/>
      </w:pPr>
      <w:r>
        <w:rPr>
          <w:i/>
          <w:sz w:val="16"/>
        </w:rPr>
        <w:t xml:space="preserve">ADÜ BAP desteğiyle yapılacak yeni/tamamlayıcı faaliyetleri, kullanılacak temel yöntemleri ve beklenen çıktıları belirtiniz. </w:t>
      </w:r>
      <w:r>
        <w:rPr>
          <w:b w:val="false"/>
          <w:i/>
          <w:sz w:val="16"/>
        </w:rPr>
        <w:t xml:space="preserve">Çalışmanın önceki projeye bilimsel katkısını belirtiniz. </w:t>
      </w:r>
      <w:r>
        <w:rPr>
          <w:i/>
          <w:sz w:val="16"/>
        </w:rPr>
        <w:t>Önceki proje ile mükerrer faaliyet veya aynı gider için ikinci kez destek talep edilmemelidir. (Öneri: en fazla 500 kelime)</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0" w:after="80"/>
        <w:rPr/>
      </w:pPr>
      <w:r>
        <w:rPr/>
        <w:t xml:space="preserve"> </w:t>
      </w:r>
    </w:p>
    <w:p>
      <w:pPr>
        <w:pStyle w:val="Normal"/>
        <w:spacing w:before="140" w:after="60"/>
        <w:rPr/>
      </w:pPr>
      <w:r>
        <w:rPr>
          <w:b/>
          <w:color w:val="24407D"/>
          <w:sz w:val="19"/>
        </w:rPr>
        <w:t>3. ADÜ BAP’TAN TALEP EDİLEN BÜTÇE VE GEREKÇELERİ</w:t>
      </w:r>
    </w:p>
    <w:p>
      <w:pPr>
        <w:pStyle w:val="Normal"/>
        <w:spacing w:before="0" w:after="60"/>
        <w:rPr/>
      </w:pPr>
      <w:r>
        <w:rPr>
          <w:i/>
          <w:sz w:val="16"/>
        </w:rPr>
        <w:t>Yalnızca araştırma için gerekli sarf malzemesi, alet-teçhizat ve hizmet alımı kalemlerini; kullanım gerekçesi ve tahmini KDV dâhil tutarlarıyla yazınız.</w:t>
      </w:r>
    </w:p>
    <w:tbl>
      <w:tblPr>
        <w:tblStyle w:val="TableGrid"/>
        <w:tblW w:w="10311" w:type="dxa"/>
        <w:jc w:val="center"/>
        <w:tblInd w:w="0" w:type="dxa"/>
        <w:tblCellMar>
          <w:top w:w="0" w:type="dxa"/>
          <w:left w:w="108" w:type="dxa"/>
          <w:bottom w:w="0" w:type="dxa"/>
          <w:right w:w="108" w:type="dxa"/>
        </w:tblCellMar>
        <w:tblLook w:val="04a0" w:noHBand="0" w:noVBand="1" w:firstColumn="1" w:lastRow="0" w:lastColumn="0" w:firstRow="1"/>
      </w:tblPr>
      <w:tblGrid>
        <w:gridCol w:w="2577"/>
        <w:gridCol w:w="2578"/>
        <w:gridCol w:w="2578"/>
        <w:gridCol w:w="2577"/>
      </w:tblGrid>
      <w:tr>
        <w:trPr/>
        <w:tc>
          <w:tcPr>
            <w:tcW w:w="2577" w:type="dxa"/>
            <w:tcBorders/>
            <w:vAlign w:val="center"/>
          </w:tcPr>
          <w:p>
            <w:pPr>
              <w:pStyle w:val="Normal"/>
              <w:spacing w:lineRule="auto" w:line="240" w:before="20" w:after="20"/>
              <w:rPr>
                <w:b/>
                <w:b/>
                <w:bCs/>
              </w:rPr>
            </w:pPr>
            <w:r>
              <w:rPr>
                <w:b/>
                <w:bCs/>
                <w:sz w:val="16"/>
              </w:rPr>
              <w:t>Gider türü / Talep edilen malzeme veya hizmet</w:t>
            </w:r>
          </w:p>
        </w:tc>
        <w:tc>
          <w:tcPr>
            <w:tcW w:w="2578" w:type="dxa"/>
            <w:tcBorders/>
            <w:vAlign w:val="center"/>
          </w:tcPr>
          <w:p>
            <w:pPr>
              <w:pStyle w:val="Normal"/>
              <w:spacing w:lineRule="auto" w:line="240" w:before="20" w:after="20"/>
              <w:rPr>
                <w:b/>
                <w:b/>
                <w:bCs/>
              </w:rPr>
            </w:pPr>
            <w:r>
              <w:rPr>
                <w:b/>
                <w:bCs/>
                <w:sz w:val="16"/>
              </w:rPr>
              <w:t>Miktar</w:t>
            </w:r>
          </w:p>
        </w:tc>
        <w:tc>
          <w:tcPr>
            <w:tcW w:w="2578" w:type="dxa"/>
            <w:tcBorders/>
            <w:vAlign w:val="center"/>
          </w:tcPr>
          <w:p>
            <w:pPr>
              <w:pStyle w:val="Normal"/>
              <w:spacing w:lineRule="auto" w:line="240" w:before="20" w:after="20"/>
              <w:rPr>
                <w:b/>
                <w:b/>
                <w:bCs/>
              </w:rPr>
            </w:pPr>
            <w:r>
              <w:rPr>
                <w:b/>
                <w:bCs/>
                <w:sz w:val="16"/>
              </w:rPr>
              <w:t>Kullanım gerekçesi</w:t>
            </w:r>
          </w:p>
        </w:tc>
        <w:tc>
          <w:tcPr>
            <w:tcW w:w="2577" w:type="dxa"/>
            <w:tcBorders/>
            <w:vAlign w:val="center"/>
          </w:tcPr>
          <w:p>
            <w:pPr>
              <w:pStyle w:val="Normal"/>
              <w:spacing w:lineRule="auto" w:line="240" w:before="20" w:after="20"/>
              <w:rPr>
                <w:b/>
                <w:b/>
                <w:bCs/>
              </w:rPr>
            </w:pPr>
            <w:r>
              <w:rPr>
                <w:b/>
                <w:bCs/>
                <w:sz w:val="16"/>
              </w:rPr>
              <w:t>Tutar (TL)</w:t>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r>
        <w:trPr/>
        <w:tc>
          <w:tcPr>
            <w:tcW w:w="2577" w:type="dxa"/>
            <w:tcBorders/>
            <w:vAlign w:val="center"/>
          </w:tcPr>
          <w:p>
            <w:pPr>
              <w:pStyle w:val="Normal"/>
              <w:spacing w:lineRule="auto" w:line="240" w:before="20" w:after="20"/>
              <w:rPr>
                <w:b/>
                <w:b/>
                <w:bCs/>
              </w:rPr>
            </w:pPr>
            <w:r>
              <w:rPr>
                <w:b/>
                <w:bCs/>
                <w:sz w:val="16"/>
              </w:rPr>
              <w:t>TOPLAM</w:t>
            </w:r>
          </w:p>
        </w:tc>
        <w:tc>
          <w:tcPr>
            <w:tcW w:w="2578" w:type="dxa"/>
            <w:tcBorders/>
            <w:vAlign w:val="center"/>
          </w:tcPr>
          <w:p>
            <w:pPr>
              <w:pStyle w:val="Normal"/>
              <w:spacing w:lineRule="auto" w:line="240" w:before="20" w:after="20"/>
              <w:rPr/>
            </w:pPr>
            <w:r>
              <w:rPr/>
            </w:r>
          </w:p>
        </w:tc>
        <w:tc>
          <w:tcPr>
            <w:tcW w:w="2578" w:type="dxa"/>
            <w:tcBorders/>
            <w:vAlign w:val="center"/>
          </w:tcPr>
          <w:p>
            <w:pPr>
              <w:pStyle w:val="Normal"/>
              <w:spacing w:lineRule="auto" w:line="240" w:before="20" w:after="20"/>
              <w:rPr/>
            </w:pPr>
            <w:r>
              <w:rPr/>
            </w:r>
          </w:p>
        </w:tc>
        <w:tc>
          <w:tcPr>
            <w:tcW w:w="2577" w:type="dxa"/>
            <w:tcBorders/>
            <w:vAlign w:val="center"/>
          </w:tcPr>
          <w:p>
            <w:pPr>
              <w:pStyle w:val="Normal"/>
              <w:spacing w:lineRule="auto" w:line="240" w:before="20" w:after="20"/>
              <w:rPr/>
            </w:pPr>
            <w:r>
              <w:rPr/>
            </w:r>
          </w:p>
        </w:tc>
      </w:tr>
    </w:tbl>
    <w:p>
      <w:pPr>
        <w:pStyle w:val="Normal"/>
        <w:spacing w:before="0" w:after="60"/>
        <w:rPr/>
      </w:pPr>
      <w:r>
        <w:rPr>
          <w:i/>
          <w:sz w:val="16"/>
        </w:rPr>
        <w:t>Bilgisayar, yazıcı ve benzeri donanım, seyahat ve bursiyer giderleri desteklenmez. Ek bütçe verilmez. Toplam talep 12.000 TL’yi aşamaz.</w:t>
      </w:r>
    </w:p>
    <w:p>
      <w:pPr>
        <w:pStyle w:val="Normal"/>
        <w:spacing w:before="140" w:after="60"/>
        <w:rPr/>
      </w:pPr>
      <w:r>
        <w:rPr>
          <w:b/>
          <w:color w:val="24407D"/>
          <w:sz w:val="19"/>
        </w:rPr>
        <w:t>4. KAYNAKÇA</w:t>
      </w:r>
    </w:p>
    <w:p>
      <w:pPr>
        <w:pStyle w:val="Normal"/>
        <w:spacing w:before="0" w:after="60"/>
        <w:rPr/>
      </w:pPr>
      <w:r>
        <w:rPr>
          <w:i/>
          <w:sz w:val="16"/>
        </w:rPr>
        <w:t>Metinde atıf yapılan temel kaynakları yazınız (varsa).</w:t>
      </w:r>
    </w:p>
    <w:p>
      <w:pPr>
        <w:pStyle w:val="Normal"/>
        <w:spacing w:before="0" w:after="80"/>
        <w:rPr/>
      </w:pPr>
      <w:r>
        <w:rPr>
          <w:b/>
          <w:bCs/>
        </w:rPr>
        <w:t>1.</w:t>
      </w:r>
      <w:r>
        <w:rPr>
          <w:b w:val="false"/>
        </w:rPr>
        <w:t xml:space="preserve"> </w:t>
        <w:br/>
      </w:r>
      <w:r>
        <w:rPr>
          <w:b/>
          <w:bCs/>
        </w:rPr>
        <w:t>2.</w:t>
      </w:r>
      <w:r>
        <w:rPr>
          <w:b w:val="false"/>
        </w:rPr>
        <w:t xml:space="preserve"> </w:t>
        <w:br/>
      </w:r>
      <w:r>
        <w:rPr>
          <w:b/>
          <w:bCs/>
        </w:rPr>
        <w:t>3.</w:t>
      </w:r>
    </w:p>
    <w:p>
      <w:pPr>
        <w:pStyle w:val="Normal"/>
        <w:spacing w:before="0" w:after="80"/>
        <w:rPr>
          <w:b/>
          <w:b/>
          <w:bCs/>
        </w:rPr>
      </w:pPr>
      <w:r>
        <w:rPr>
          <w:b/>
          <w:bCs/>
        </w:rPr>
      </w:r>
    </w:p>
    <w:p>
      <w:pPr>
        <w:pStyle w:val="Normal"/>
        <w:spacing w:before="0" w:after="80"/>
        <w:rPr>
          <w:b w:val="false"/>
          <w:b w:val="false"/>
        </w:rPr>
      </w:pPr>
      <w:r>
        <w:rPr>
          <w:b w:val="false"/>
        </w:rPr>
      </w:r>
    </w:p>
    <w:p>
      <w:pPr>
        <w:pStyle w:val="Normal"/>
        <w:spacing w:before="0" w:after="80"/>
        <w:rPr/>
      </w:pPr>
      <w:r>
        <w:rPr/>
        <w:t xml:space="preserve"> </w:t>
      </w:r>
    </w:p>
    <w:p>
      <w:pPr>
        <w:pStyle w:val="Normal"/>
        <w:spacing w:before="0" w:after="60"/>
        <w:rPr/>
      </w:pPr>
      <w:r>
        <w:rPr>
          <w:i/>
          <w:sz w:val="16"/>
        </w:rPr>
        <w:t>Başvuruya önceki projenin desteklendiğini gösteren belge eklenmelidir. Formun açıklama bölümleri kısa ve öz tutulmalı; toplam uzunluk kapak sayfası hariç 2 sayfayı aşmamalıdır.</w:t>
      </w:r>
    </w:p>
    <w:sectPr>
      <w:footerReference w:type="default" r:id="rId3"/>
      <w:type w:val="nextPage"/>
      <w:pgSz w:w="12240" w:h="15840"/>
      <w:pgMar w:left="964" w:right="964" w:header="0" w:top="822" w:footer="720" w:bottom="77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ADÜ BAP  |  Lisans Öğrencisi Katılımlı Araştırma Projeleri</w:t>
    </w:r>
  </w:p>
</w:ftr>
</file>

<file path=word/settings.xml><?xml version="1.0" encoding="utf-8"?>
<w:settings xmlns:w="http://schemas.openxmlformats.org/wordprocessingml/2006/main">
  <w:zoom w:percent="16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60"/>
      <w:jc w:val="left"/>
    </w:pPr>
    <w:rPr>
      <w:rFonts w:ascii="Arial" w:hAnsi="Arial" w:eastAsia="ＭＳ 明朝" w:cs="" w:cstheme="minorBidi" w:eastAsiaTheme="minorEastAsia"/>
      <w:color w:val="auto"/>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60"/>
      <w:ind w:left="360" w:hanging="360"/>
      <w:contextualSpacing/>
    </w:pPr>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ＭＳ 明朝" w:cs="" w:asciiTheme="minorHAnsi" w:cstheme="minorBidi" w:eastAsiaTheme="minorEastAsia" w:hAnsiTheme="minorHAnsi"/>
      <w:color w:val="auto"/>
      <w:kern w:val="0"/>
      <w:sz w:val="18"/>
      <w:szCs w:val="22"/>
      <w:lang w:val="en-US" w:eastAsia="en-US" w:bidi="ar-SA"/>
    </w:rPr>
  </w:style>
  <w:style w:type="paragraph" w:styleId="Title">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6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spacing w:before="0" w:after="60"/>
      <w:contextualSpacing/>
    </w:pPr>
    <w:rPr/>
  </w:style>
  <w:style w:type="paragraph" w:styleId="ListBullet4">
    <w:name w:val="List Bullet 4"/>
    <w:basedOn w:val="Normal"/>
    <w:uiPriority w:val="99"/>
    <w:unhideWhenUsed/>
    <w:qFormat/>
    <w:rsid w:val="00326f90"/>
    <w:pPr>
      <w:spacing w:before="0" w:after="60"/>
      <w:ind w:left="1080" w:hanging="360"/>
      <w:contextualSpacing/>
    </w:pPr>
    <w:rPr/>
  </w:style>
  <w:style w:type="paragraph" w:styleId="ListBullet">
    <w:name w:val="List Bullet"/>
    <w:basedOn w:val="Normal"/>
    <w:uiPriority w:val="99"/>
    <w:unhideWhenUsed/>
    <w:qFormat/>
    <w:rsid w:val="00326f90"/>
    <w:pPr>
      <w:spacing w:before="0" w:after="60"/>
      <w:contextualSpacing/>
    </w:pPr>
    <w:rPr/>
  </w:style>
  <w:style w:type="paragraph" w:styleId="ListBullet2">
    <w:name w:val="List Bullet 2"/>
    <w:basedOn w:val="Normal"/>
    <w:uiPriority w:val="99"/>
    <w:unhideWhenUsed/>
    <w:qFormat/>
    <w:rsid w:val="00326f90"/>
    <w:pPr>
      <w:spacing w:before="0" w:after="60"/>
      <w:contextualSpacing/>
    </w:pPr>
    <w:rPr/>
  </w:style>
  <w:style w:type="paragraph" w:styleId="ListNumber">
    <w:name w:val="List Number"/>
    <w:basedOn w:val="Normal"/>
    <w:uiPriority w:val="99"/>
    <w:unhideWhenUsed/>
    <w:qFormat/>
    <w:rsid w:val="00326f90"/>
    <w:pPr>
      <w:spacing w:before="0" w:after="60"/>
      <w:contextualSpacing/>
    </w:pPr>
    <w:rPr/>
  </w:style>
  <w:style w:type="paragraph" w:styleId="ListNumber2">
    <w:name w:val="List Number 2"/>
    <w:basedOn w:val="Normal"/>
    <w:uiPriority w:val="99"/>
    <w:unhideWhenUsed/>
    <w:qFormat/>
    <w:rsid w:val="0029639d"/>
    <w:pPr>
      <w:spacing w:before="0" w:after="60"/>
      <w:contextualSpacing/>
    </w:pPr>
    <w:rPr/>
  </w:style>
  <w:style w:type="paragraph" w:styleId="ListNumber3">
    <w:name w:val="List Number 3"/>
    <w:basedOn w:val="Normal"/>
    <w:uiPriority w:val="99"/>
    <w:unhideWhenUsed/>
    <w:qFormat/>
    <w:rsid w:val="0029639d"/>
    <w:pPr>
      <w:spacing w:before="0" w:after="6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1">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Heading1"/>
    <w:next w:val="Normal"/>
    <w:uiPriority w:val="39"/>
    <w:semiHidden/>
    <w:unhideWhenUsed/>
    <w:qFormat/>
    <w:rsid w:val="00fc693f"/>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Application>LibreOffice/6.4.7.2$Linux_X86_64 LibreOffice_project/40$Build-2</Application>
  <Pages>2</Pages>
  <Words>395</Words>
  <Characters>2591</Characters>
  <CharactersWithSpaces>2962</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2026-10-16T12:06:30Z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